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7048E8"/>
          <w:sz w:val="44"/>
          <w:rtl w:val="1"/>
          <w:rFonts w:ascii="Arial" w:hAnsi="Arial" w:cs="Arial"/>
          <w:bCs/>
          <w:szCs w:val="44"/>
        </w:rPr>
        <w:t>דף צפייה: כשיש בוס אחד: מאפייני הטוטליטריות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3 · משטרים טוטליטריים והשואה · ❓ מה הופך משטר ל'טוטליטרי', ובאילו כלים הוא שולט בכל תחומי החיים?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כשיש בוס אחד- משטרים טוטליטאריים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2:23 דקות · https://www.youtube.com/watch?v=05_FX7vZQUQ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במשטר טוטליטרי יש בחירות חופשיות בין כמה מפלגות.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תעמולה היא חלק מרכזי בשליטה של משטר טוטליטרי.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משטר טוטליטרי מתעניין רק בפוליטיקה ולא בחיי היום־יום.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קומוניזם ופשיזם היו שונים ברעיונות אך דומים בדרכי השליטה.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הדימוי של 'הבוס' – מה מותר לו ומה לאחרים.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מהו פולחן אישיות.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הדימוי 'מגפון ענק' – לאיזה מושג הוא מתאים?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באילו תחומי חיים השלטון מתערב.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תפקיד הפחד.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פולחן האישיות והמפלגה האחת: מדוע שליט צריך שיאהבו אותו 'כמו גיבור־על'?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השליטה בכל תחומי החיים: למה משטר רוצה לשלוט גם במשחקים ובמוזיקה?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מהו פולחן אישיות?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בחירות למנהיג     ○ ב. האדרה של המנהיג כגיבור שאינו טועה     ○ ג. טקס דתי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תפקיד המשטרה החשאית?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להגן על חופש הביטוי     ○ ב. לסדר את התנועה     ○ ג. לעקוב אחרי האזרחים ולאתר מתנגדים     ○ ד. לארגן בחירות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מהי תעמולה?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הפצת רעיונות השלטון בכל אמצעי התקשורת     ○ ב. משחק ילדים     ○ ג. חוק נגד מסים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מדוע נקרא המשטר 'טוטליטרי'.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כיצד משלימים זה את זה התעמולה והטרור?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ההבדל בין משטר טוטליטרי לדמוקרטיה בתחום חופש הביטוי?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הסרטון שואל: 'ביטחון וסדר בלי בחירות, או חירות?' מדוע רבים בחרו בתקופה שבין המלחמות בסדר על פני חירות?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איזה מאפיין של המשטר הטוטליטרי הוא לדעתכם 'הבסיס' שעליו נשענים כל השאר? נמקו.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ג׳ · 🎭 משחק תפקידים משימה פעילה: סימולציה: חמש דקות בכיתה עם בוס אחד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סימולציה קצרה ומבוקרת, עם הודעה מראש שהיא משחק ותיגמר בזמן מוגדר. אין בה עונשים אמיתיים ואין פגיעה בתלמיד/ה; המטרה היא לחוות ולנתח, לא להשפיל. בסוף 'יוצאים מהתפקיד' באופן מפורש.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סימולציה (5 דק׳): 'הבוס' (המורה) קובע/ת כללים: שיר כיתה, דיבור רק ברשות, 'עיתון הכיתה' שמספר רק כמה הבוס נפלא, 'מפקחים' שרושמים מי מדבר. מי שרוצה לצאת מהסימולציה – רשאי/ת בכל רגע.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יציאה מהתפקיד: מורידים את 'תמונת הבוס' ואומרים במפורש 'הסימולציה הסתיימה'.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בזוגות: מלאו טבלה – מה קרה בסימולציה? לאיזה מאפיין טוטליטרי זה מתאים?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שתפו: מה הרגשתם? מה היה קורה אילו זה לא היה נגמר אחרי חמש דקות?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שלושה מאפיינים של משטר טוטליטרי, והסבר כיצד כל אחד מהם סייע לשלטון לשלוט באזרחים.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כשיש בוס אחד: מאפייני הטוטליטריות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פירוש המילה 'טוטליטרי'?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ציינו שני מאפיינים של משטר טוטליטרי.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3: משטרים טוטליטריים והשואה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