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7048E8"/>
          <w:sz w:val="44"/>
          <w:rtl w:val="1"/>
          <w:rFonts w:ascii="Arial" w:hAnsi="Arial" w:cs="Arial"/>
          <w:bCs/>
          <w:szCs w:val="44"/>
        </w:rPr>
        <w:t>דף צפייה: האח הגדול: קומוניזם ופשיזם בהשוואה</w:t>
      </w:r>
    </w:p>
    <w:p>
      <w:pPr>
        <w:bidi w:val="1"/>
        <w:spacing w:after="60"/>
        <w:jc w:val="right"/>
      </w:pPr>
      <w:r>
        <w:rPr>
          <w:color w:val="495057"/>
          <w:sz w:val="26"/>
          <w:rtl w:val="1"/>
          <w:rFonts w:ascii="Arial" w:hAnsi="Arial" w:cs="Arial"/>
          <w:szCs w:val="26"/>
        </w:rPr>
        <w:t>יחידה 3 · משטרים טוטליטריים והשואה · ❓ במה דומים ובמה שונים הקומוניזם והפשיזם, ומדוע שניהם צמחו מהריסות מלחמת העולם הראשונה?</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האח הגדול🤐🧐 משטרים טוטליטארים ב3 דקות</w:t>
            </w:r>
          </w:p>
          <w:p>
            <w:pPr>
              <w:bidi w:val="1"/>
              <w:jc w:val="right"/>
            </w:pPr>
            <w:r>
              <w:rPr>
                <w:sz w:val="20"/>
                <w:rtl w:val="1"/>
                <w:rFonts w:ascii="Arial" w:hAnsi="Arial" w:cs="Arial"/>
                <w:szCs w:val="20"/>
              </w:rPr>
              <w:t>⏱️ 3:35 דקות · https://www.youtube.com/watch?v=6sGdycgySgY</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הקומוניזם והפשיזם צמחו אחרי מלחמת העולם הראשונה.   ○ נכון   ○ לא נכון   ○ לא בטוח/ה</w:t>
      </w:r>
    </w:p>
    <w:p>
      <w:pPr>
        <w:bidi w:val="1"/>
        <w:spacing w:after="20"/>
        <w:jc w:val="right"/>
      </w:pPr>
      <w:r>
        <w:rPr>
          <w:sz w:val="22"/>
          <w:rtl w:val="1"/>
          <w:rFonts w:ascii="Arial" w:hAnsi="Arial" w:cs="Arial"/>
          <w:szCs w:val="22"/>
        </w:rPr>
        <w:t>2. שני המשטרים האמינו בשוויון בין בני האדם.   ○ נכון   ○ לא נכון   ○ לא בטוח/ה</w:t>
      </w:r>
    </w:p>
    <w:p>
      <w:pPr>
        <w:bidi w:val="1"/>
        <w:spacing w:after="20"/>
        <w:jc w:val="right"/>
      </w:pPr>
      <w:r>
        <w:rPr>
          <w:sz w:val="22"/>
          <w:rtl w:val="1"/>
          <w:rFonts w:ascii="Arial" w:hAnsi="Arial" w:cs="Arial"/>
          <w:szCs w:val="22"/>
        </w:rPr>
        <w:t>3. בשני המשטרים היו תעמולה וטרור.   ○ נכון   ○ לא נכון   ○ לא בטוח/ה</w:t>
      </w:r>
    </w:p>
    <w:p>
      <w:pPr>
        <w:bidi w:val="1"/>
        <w:spacing w:after="20"/>
        <w:jc w:val="right"/>
      </w:pPr>
      <w:r>
        <w:rPr>
          <w:sz w:val="22"/>
          <w:rtl w:val="1"/>
          <w:rFonts w:ascii="Arial" w:hAnsi="Arial" w:cs="Arial"/>
          <w:szCs w:val="22"/>
        </w:rPr>
        <w:t>4. הפשיזם קידש את האומה, והקומוניזם את אחדות המעמד.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מתואר כ'משבר המודרנה'.</w:t>
      </w:r>
    </w:p>
    <w:p>
      <w:pPr>
        <w:bidi w:val="1"/>
        <w:spacing w:after="20"/>
        <w:jc w:val="right"/>
      </w:pPr>
      <w:r>
        <w:rPr>
          <w:sz w:val="22"/>
          <w:rtl w:val="1"/>
          <w:rFonts w:ascii="Arial" w:hAnsi="Arial" w:cs="Arial"/>
          <w:szCs w:val="22"/>
        </w:rPr>
        <w:t>• חמשת המאפיינים של המשטר הטוטליטרי.</w:t>
      </w:r>
    </w:p>
    <w:p>
      <w:pPr>
        <w:bidi w:val="1"/>
        <w:spacing w:after="20"/>
        <w:jc w:val="right"/>
      </w:pPr>
      <w:r>
        <w:rPr>
          <w:sz w:val="22"/>
          <w:rtl w:val="1"/>
          <w:rFonts w:ascii="Arial" w:hAnsi="Arial" w:cs="Arial"/>
          <w:szCs w:val="22"/>
        </w:rPr>
        <w:t>• הדרך של הקומוניסטים לשלטון ומה עשו בכלכלה.</w:t>
      </w:r>
    </w:p>
    <w:p>
      <w:pPr>
        <w:bidi w:val="1"/>
        <w:spacing w:after="20"/>
        <w:jc w:val="right"/>
      </w:pPr>
      <w:r>
        <w:rPr>
          <w:sz w:val="22"/>
          <w:rtl w:val="1"/>
          <w:rFonts w:ascii="Arial" w:hAnsi="Arial" w:cs="Arial"/>
          <w:szCs w:val="22"/>
        </w:rPr>
        <w:t>• מקור המילה פשיזם ועקרונותיו.</w:t>
      </w:r>
    </w:p>
    <w:p>
      <w:pPr>
        <w:bidi w:val="1"/>
        <w:spacing w:after="20"/>
        <w:jc w:val="right"/>
      </w:pPr>
      <w:r>
        <w:rPr>
          <w:sz w:val="22"/>
          <w:rtl w:val="1"/>
          <w:rFonts w:ascii="Arial" w:hAnsi="Arial" w:cs="Arial"/>
          <w:szCs w:val="22"/>
        </w:rPr>
        <w:t>• הסיכום: מה דומה ומה שונה.</w:t>
      </w:r>
    </w:p>
    <w:p>
      <w:pPr>
        <w:bidi w:val="1"/>
        <w:spacing w:after="20"/>
        <w:jc w:val="right"/>
      </w:pPr>
      <w:r>
        <w:rPr>
          <w:b/>
          <w:sz w:val="23"/>
          <w:rtl w:val="1"/>
          <w:rFonts w:ascii="Arial" w:hAnsi="Arial" w:cs="Arial"/>
          <w:bCs/>
          <w:szCs w:val="23"/>
        </w:rPr>
        <w:t>1. ⏸️ אחרי משבר המודרנה: מה הקשר בין הריסות המלחמה לבין רצון ב'מנהיג חזק'?</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הקומוניזם והיהודים: איך יכול משטר שמבטיח שוויון לרדוף קבוצה?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הפשיזם: מה ההבדל העקרוני בין 'אחדות כדי לספק את צורכי העם' לבין 'המדינה מעל הפרט'?</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הבטיח הקומוניזם?</w:t>
      </w:r>
    </w:p>
    <w:p>
      <w:pPr>
        <w:bidi w:val="1"/>
        <w:spacing w:after="80"/>
        <w:jc w:val="right"/>
      </w:pPr>
      <w:r>
        <w:rPr>
          <w:sz w:val="22"/>
          <w:rtl w:val="1"/>
          <w:rFonts w:ascii="Arial" w:hAnsi="Arial" w:cs="Arial"/>
          <w:szCs w:val="22"/>
        </w:rPr>
        <w:t>○ א. שוויון וביטול המעמדות     ○ ב. עליונות של אומה אחת     ○ ג. שלטון של אצילים</w:t>
      </w:r>
    </w:p>
    <w:p>
      <w:pPr>
        <w:bidi w:val="1"/>
        <w:spacing w:after="20"/>
        <w:jc w:val="right"/>
      </w:pPr>
      <w:r>
        <w:rPr>
          <w:b/>
          <w:sz w:val="23"/>
          <w:rtl w:val="1"/>
          <w:rFonts w:ascii="Arial" w:hAnsi="Arial" w:cs="Arial"/>
          <w:bCs/>
          <w:szCs w:val="23"/>
        </w:rPr>
        <w:t>2. מה משותף לקומוניזם ולפשיזם?</w:t>
      </w:r>
    </w:p>
    <w:p>
      <w:pPr>
        <w:bidi w:val="1"/>
        <w:spacing w:after="80"/>
        <w:jc w:val="right"/>
      </w:pPr>
      <w:r>
        <w:rPr>
          <w:sz w:val="22"/>
          <w:rtl w:val="1"/>
          <w:rFonts w:ascii="Arial" w:hAnsi="Arial" w:cs="Arial"/>
          <w:szCs w:val="22"/>
        </w:rPr>
        <w:t>○ א. בחירות חופשיות     ○ ב. תעמולה, דיכוי וטרור     ○ ג. חופש ביטוי     ○ ד. ריבוי מפלגות</w:t>
      </w:r>
    </w:p>
    <w:p>
      <w:pPr>
        <w:bidi w:val="1"/>
        <w:spacing w:after="20"/>
        <w:jc w:val="right"/>
      </w:pPr>
      <w:r>
        <w:rPr>
          <w:b/>
          <w:sz w:val="23"/>
          <w:rtl w:val="1"/>
          <w:rFonts w:ascii="Arial" w:hAnsi="Arial" w:cs="Arial"/>
          <w:bCs/>
          <w:szCs w:val="23"/>
        </w:rPr>
        <w:t>3. מה קידש הפשיזם?</w:t>
      </w:r>
    </w:p>
    <w:p>
      <w:pPr>
        <w:bidi w:val="1"/>
        <w:spacing w:after="80"/>
        <w:jc w:val="right"/>
      </w:pPr>
      <w:r>
        <w:rPr>
          <w:sz w:val="22"/>
          <w:rtl w:val="1"/>
          <w:rFonts w:ascii="Arial" w:hAnsi="Arial" w:cs="Arial"/>
          <w:szCs w:val="22"/>
        </w:rPr>
        <w:t>○ א. את השוויון     ○ ב. את הפרט     ○ ג. את האומה, המנהיג ואי־השוויון</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'משבר המודרנה' וכיצד תרם לעליית המשטרים הטוטליטריים.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מה ההבדל ביחס ללאום בין שני המשטרים?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כיצד התייחס המשטר הקומוניסטי ליהודים?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הסרטון אומר שהמשטרים השתמשו ב'שיטות דומות ורעיונות שלפעמים הפוכים לגמרי'. הסבירו והדגימו.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איזה משני המשטרים היה, לדעתכם, מסוכן יותר לאזרחיו? נמקו בעזרת עובדות, תוך הכרה בכך ששניהם היו משטרי דיכוי.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כרטיסים משימה פעילה: קלפי ון: קומוניזם, פשיזם, ומה שביניהם</w:t>
            </w:r>
          </w:p>
        </w:tc>
      </w:tr>
    </w:tbl>
    <w:p>
      <w:pPr>
        <w:bidi w:val="1"/>
        <w:spacing w:after="60"/>
        <w:jc w:val="right"/>
      </w:pPr>
      <w:r>
        <w:rPr>
          <w:sz w:val="22"/>
          <w:rtl w:val="1"/>
          <w:rFonts w:ascii="Arial" w:hAnsi="Arial" w:cs="Arial"/>
          <w:szCs w:val="22"/>
        </w:rPr>
        <w:t>כל קבוצה מקבלת דיאגרמת ון גדולה – עיגול 'קומוניזם', עיגול 'פשיזם' והחפיפה ביניהם – ו־14 קלפי מאפיינים למיון.</w:t>
      </w:r>
    </w:p>
    <w:p>
      <w:pPr>
        <w:bidi w:val="1"/>
        <w:spacing w:after="20"/>
        <w:jc w:val="right"/>
      </w:pPr>
      <w:r>
        <w:rPr>
          <w:b/>
          <w:sz w:val="23"/>
          <w:rtl w:val="1"/>
          <w:rFonts w:ascii="Arial" w:hAnsi="Arial" w:cs="Arial"/>
          <w:bCs/>
          <w:szCs w:val="23"/>
        </w:rPr>
        <w:t>1. מיינו את הקלפים: 'ביטול רכוש פרטי', 'האומה מעל הכול', 'מפלגה יחידה', 'פולחן אישיות', 'שוויון בין המעמדות', 'אליטיזם', 'האדרת המלחמה', 'תוכניות חומש', 'משטרה חשאית', 'תעמולה', 'אחדות פועלי העולם', 'דיכוי חופש הביטוי', 'סמל אלומת המקלות', 'מחנות עבודה'.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בחרו שני תבחינים להשוואה (למשל: יחס לשוויון, יחס ללאום, דרכי שליטה) וכתבו לכל אחד משפט השוואה.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כתבו 'כותרת' לחפיפה במילה אחת.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כל קבוצה מציגה קלף אחד שהתלבטה לגביו.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השווה בין המשטר הקומוניסטי בברית המועצות לבין המשטר הפשיסטי באיטליה: הצג נקודת דמיון אחת ושתי נקודות שוני.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האח הגדול: קומוניזם ופשיזם בהשוואה</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ציינו מאפיין אחד משותף לשני המשטרים.</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הבדל אחד ביניהם.</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3: משטרים טוטליטריים והשואה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